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DB254" w14:textId="77777777" w:rsidR="00C00608" w:rsidRDefault="00000000">
      <w:pPr>
        <w:spacing w:after="0"/>
        <w:jc w:val="center"/>
      </w:pPr>
      <w:r>
        <w:rPr>
          <w:b/>
          <w:color w:val="1F6D72"/>
          <w:sz w:val="38"/>
        </w:rPr>
        <w:t>AACTING 2027</w:t>
      </w:r>
    </w:p>
    <w:p w14:paraId="598F175B" w14:textId="77777777" w:rsidR="00C00608" w:rsidRDefault="00000000">
      <w:pPr>
        <w:spacing w:after="20"/>
        <w:jc w:val="center"/>
      </w:pPr>
      <w:r>
        <w:rPr>
          <w:b/>
          <w:color w:val="17365D"/>
          <w:sz w:val="28"/>
        </w:rPr>
        <w:t>ABSTRACT SUBMISSION TEMPLATE</w:t>
      </w:r>
    </w:p>
    <w:p w14:paraId="617FEBE7" w14:textId="77777777" w:rsidR="00C00608" w:rsidRDefault="00000000">
      <w:pPr>
        <w:spacing w:after="120"/>
        <w:jc w:val="center"/>
      </w:pPr>
      <w:r>
        <w:rPr>
          <w:i/>
          <w:color w:val="5A646E"/>
        </w:rPr>
        <w:t>Bern, Switzerland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866"/>
      </w:tblGrid>
      <w:tr w:rsidR="00C00608" w14:paraId="5BA44F44" w14:textId="77777777">
        <w:trPr>
          <w:jc w:val="center"/>
        </w:trPr>
        <w:tc>
          <w:tcPr>
            <w:tcW w:w="9866" w:type="dxa"/>
            <w:shd w:val="clear" w:color="auto" w:fill="1F6D7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9E1B3" w14:textId="77777777" w:rsidR="00C00608" w:rsidRDefault="00C00608"/>
        </w:tc>
      </w:tr>
    </w:tbl>
    <w:p w14:paraId="4981C93B" w14:textId="77777777" w:rsidR="00C00608" w:rsidRDefault="00C00608">
      <w:pPr>
        <w:spacing w:after="20"/>
      </w:pPr>
    </w:p>
    <w:p w14:paraId="1311BAFF" w14:textId="77777777" w:rsidR="00C00608" w:rsidRDefault="00000000">
      <w:pPr>
        <w:spacing w:after="140"/>
        <w:jc w:val="center"/>
      </w:pPr>
      <w:r>
        <w:rPr>
          <w:color w:val="5A646E"/>
          <w:sz w:val="19"/>
        </w:rPr>
        <w:t>Use this template to prepare the information and abstract text before entering it in the online submission platform.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51"/>
        <w:gridCol w:w="7313"/>
      </w:tblGrid>
      <w:tr w:rsidR="00C00608" w14:paraId="5F6637BD" w14:textId="77777777">
        <w:trPr>
          <w:jc w:val="center"/>
        </w:trPr>
        <w:tc>
          <w:tcPr>
            <w:tcW w:w="2551" w:type="dxa"/>
            <w:tcBorders>
              <w:top w:val="single" w:sz="6" w:space="0" w:color="D8E2E5"/>
              <w:left w:val="single" w:sz="6" w:space="0" w:color="D8E2E5"/>
              <w:bottom w:val="single" w:sz="6" w:space="0" w:color="D8E2E5"/>
              <w:right w:val="single" w:sz="6" w:space="0" w:color="D8E2E5"/>
            </w:tcBorders>
            <w:shd w:val="clear" w:color="auto" w:fill="EAF2F4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A3F84F5" w14:textId="77777777" w:rsidR="00C00608" w:rsidRDefault="00000000">
            <w:r>
              <w:rPr>
                <w:b/>
                <w:sz w:val="19"/>
              </w:rPr>
              <w:t>Submission platform</w:t>
            </w:r>
          </w:p>
        </w:tc>
        <w:tc>
          <w:tcPr>
            <w:tcW w:w="7313" w:type="dxa"/>
            <w:tcBorders>
              <w:top w:val="single" w:sz="6" w:space="0" w:color="D8E2E5"/>
              <w:left w:val="single" w:sz="6" w:space="0" w:color="D8E2E5"/>
              <w:bottom w:val="single" w:sz="6" w:space="0" w:color="D8E2E5"/>
              <w:right w:val="single" w:sz="6" w:space="0" w:color="D8E2E5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1DC66F2" w14:textId="6C750453" w:rsidR="00C00608" w:rsidRDefault="00FA6457">
            <w:hyperlink r:id="rId8" w:history="1">
              <w:r w:rsidR="00821D70">
                <w:rPr>
                  <w:rStyle w:val="Hyperlink"/>
                </w:rPr>
                <w:t>AACTING 2027</w:t>
              </w:r>
            </w:hyperlink>
          </w:p>
        </w:tc>
      </w:tr>
      <w:tr w:rsidR="00C00608" w14:paraId="311FFEE3" w14:textId="77777777">
        <w:trPr>
          <w:jc w:val="center"/>
        </w:trPr>
        <w:tc>
          <w:tcPr>
            <w:tcW w:w="2551" w:type="dxa"/>
            <w:tcBorders>
              <w:top w:val="single" w:sz="6" w:space="0" w:color="D8E2E5"/>
              <w:left w:val="single" w:sz="6" w:space="0" w:color="D8E2E5"/>
              <w:bottom w:val="single" w:sz="6" w:space="0" w:color="D8E2E5"/>
              <w:right w:val="single" w:sz="6" w:space="0" w:color="D8E2E5"/>
            </w:tcBorders>
            <w:shd w:val="clear" w:color="auto" w:fill="EAF2F4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F754817" w14:textId="77777777" w:rsidR="00C00608" w:rsidRDefault="00000000">
            <w:r>
              <w:rPr>
                <w:b/>
                <w:sz w:val="19"/>
              </w:rPr>
              <w:t>Submission deadline</w:t>
            </w:r>
          </w:p>
        </w:tc>
        <w:tc>
          <w:tcPr>
            <w:tcW w:w="7313" w:type="dxa"/>
            <w:tcBorders>
              <w:top w:val="single" w:sz="6" w:space="0" w:color="D8E2E5"/>
              <w:left w:val="single" w:sz="6" w:space="0" w:color="D8E2E5"/>
              <w:bottom w:val="single" w:sz="6" w:space="0" w:color="D8E2E5"/>
              <w:right w:val="single" w:sz="6" w:space="0" w:color="D8E2E5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15B92EB" w14:textId="5DF16039" w:rsidR="00C00608" w:rsidRDefault="00821D70">
            <w:r w:rsidRPr="00821D70">
              <w:t>15</w:t>
            </w:r>
            <w:r w:rsidR="008E0542" w:rsidRPr="00821D70">
              <w:rPr>
                <w:vertAlign w:val="superscript"/>
              </w:rPr>
              <w:t>th</w:t>
            </w:r>
            <w:r w:rsidR="008E0542" w:rsidRPr="00821D70">
              <w:t xml:space="preserve"> October 2026</w:t>
            </w:r>
          </w:p>
        </w:tc>
      </w:tr>
    </w:tbl>
    <w:p w14:paraId="602E521B" w14:textId="77777777" w:rsidR="008E0542" w:rsidRDefault="008E0542">
      <w:pPr>
        <w:spacing w:before="200" w:after="100"/>
        <w:jc w:val="center"/>
        <w:rPr>
          <w:b/>
          <w:color w:val="17365D"/>
          <w:sz w:val="23"/>
        </w:rPr>
      </w:pPr>
    </w:p>
    <w:p w14:paraId="3382292D" w14:textId="4E85056F" w:rsidR="00C00608" w:rsidRDefault="00000000">
      <w:pPr>
        <w:spacing w:before="200" w:after="100"/>
        <w:jc w:val="center"/>
      </w:pPr>
      <w:r>
        <w:rPr>
          <w:b/>
          <w:color w:val="17365D"/>
          <w:sz w:val="23"/>
        </w:rPr>
        <w:t>SUBMISSION INFORMATION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51"/>
        <w:gridCol w:w="7313"/>
      </w:tblGrid>
      <w:tr w:rsidR="00C00608" w14:paraId="0DF7BC86" w14:textId="77777777">
        <w:trPr>
          <w:jc w:val="center"/>
        </w:trPr>
        <w:tc>
          <w:tcPr>
            <w:tcW w:w="2551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shd w:val="clear" w:color="auto" w:fill="F5F7F8"/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2372791B" w14:textId="77777777" w:rsidR="00C00608" w:rsidRDefault="00000000">
            <w:pPr>
              <w:spacing w:after="0"/>
            </w:pPr>
            <w:r>
              <w:rPr>
                <w:b/>
                <w:sz w:val="19"/>
              </w:rPr>
              <w:t>Title</w:t>
            </w:r>
          </w:p>
        </w:tc>
        <w:tc>
          <w:tcPr>
            <w:tcW w:w="7313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799CC328" w14:textId="77777777" w:rsidR="00C00608" w:rsidRDefault="00000000">
            <w:pPr>
              <w:spacing w:after="0"/>
            </w:pPr>
            <w:r>
              <w:rPr>
                <w:i/>
                <w:color w:val="5A646E"/>
                <w:sz w:val="18"/>
              </w:rPr>
              <w:t>Maximum 30 words</w:t>
            </w:r>
            <w:r>
              <w:br/>
              <w:t xml:space="preserve"> </w:t>
            </w:r>
            <w:r>
              <w:br/>
              <w:t xml:space="preserve"> </w:t>
            </w:r>
          </w:p>
        </w:tc>
      </w:tr>
      <w:tr w:rsidR="00C00608" w14:paraId="448D7AE1" w14:textId="77777777">
        <w:trPr>
          <w:jc w:val="center"/>
        </w:trPr>
        <w:tc>
          <w:tcPr>
            <w:tcW w:w="2551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shd w:val="clear" w:color="auto" w:fill="F5F7F8"/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74081A99" w14:textId="77777777" w:rsidR="00C00608" w:rsidRDefault="00000000">
            <w:pPr>
              <w:spacing w:after="0"/>
            </w:pPr>
            <w:r>
              <w:rPr>
                <w:b/>
                <w:sz w:val="19"/>
              </w:rPr>
              <w:t>Author(s)</w:t>
            </w:r>
          </w:p>
        </w:tc>
        <w:tc>
          <w:tcPr>
            <w:tcW w:w="7313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75F14914" w14:textId="77777777" w:rsidR="00C00608" w:rsidRDefault="00000000">
            <w:pPr>
              <w:spacing w:after="0"/>
            </w:pPr>
            <w:r>
              <w:rPr>
                <w:i/>
                <w:color w:val="5A646E"/>
                <w:sz w:val="18"/>
              </w:rPr>
              <w:t>Full first and last names</w:t>
            </w:r>
            <w:r>
              <w:br/>
              <w:t xml:space="preserve"> </w:t>
            </w:r>
            <w:r>
              <w:br/>
              <w:t xml:space="preserve"> </w:t>
            </w:r>
          </w:p>
        </w:tc>
      </w:tr>
      <w:tr w:rsidR="00C00608" w14:paraId="5374E1E2" w14:textId="77777777">
        <w:trPr>
          <w:jc w:val="center"/>
        </w:trPr>
        <w:tc>
          <w:tcPr>
            <w:tcW w:w="2551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shd w:val="clear" w:color="auto" w:fill="F5F7F8"/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02AFD1E6" w14:textId="77777777" w:rsidR="00C00608" w:rsidRDefault="00000000">
            <w:pPr>
              <w:spacing w:after="0"/>
            </w:pPr>
            <w:r>
              <w:rPr>
                <w:b/>
                <w:sz w:val="19"/>
              </w:rPr>
              <w:t>Affiliation(s)</w:t>
            </w:r>
          </w:p>
        </w:tc>
        <w:tc>
          <w:tcPr>
            <w:tcW w:w="7313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2E1414F6" w14:textId="77777777" w:rsidR="00C00608" w:rsidRDefault="00000000">
            <w:pPr>
              <w:spacing w:after="0"/>
            </w:pPr>
            <w:r>
              <w:rPr>
                <w:i/>
                <w:color w:val="5A646E"/>
                <w:sz w:val="18"/>
              </w:rPr>
              <w:t>Institution(s), city and country</w:t>
            </w:r>
            <w:r>
              <w:br/>
              <w:t xml:space="preserve"> </w:t>
            </w:r>
            <w:r>
              <w:br/>
              <w:t xml:space="preserve"> </w:t>
            </w:r>
          </w:p>
        </w:tc>
      </w:tr>
      <w:tr w:rsidR="00C00608" w14:paraId="4815A389" w14:textId="77777777">
        <w:trPr>
          <w:jc w:val="center"/>
        </w:trPr>
        <w:tc>
          <w:tcPr>
            <w:tcW w:w="2551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shd w:val="clear" w:color="auto" w:fill="F5F7F8"/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460A74A4" w14:textId="77777777" w:rsidR="00C00608" w:rsidRDefault="00000000">
            <w:pPr>
              <w:spacing w:after="0"/>
            </w:pPr>
            <w:r>
              <w:rPr>
                <w:b/>
                <w:sz w:val="19"/>
              </w:rPr>
              <w:t>Presenting author</w:t>
            </w:r>
          </w:p>
        </w:tc>
        <w:tc>
          <w:tcPr>
            <w:tcW w:w="7313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1A2993BE" w14:textId="77777777" w:rsidR="00C00608" w:rsidRDefault="00000000">
            <w:pPr>
              <w:spacing w:after="0"/>
            </w:pPr>
            <w:r>
              <w:rPr>
                <w:i/>
                <w:color w:val="5A646E"/>
                <w:sz w:val="18"/>
              </w:rPr>
              <w:t>Full name</w:t>
            </w:r>
            <w:r>
              <w:br/>
              <w:t xml:space="preserve"> </w:t>
            </w:r>
          </w:p>
        </w:tc>
      </w:tr>
      <w:tr w:rsidR="00C00608" w14:paraId="6E20287E" w14:textId="77777777">
        <w:trPr>
          <w:jc w:val="center"/>
        </w:trPr>
        <w:tc>
          <w:tcPr>
            <w:tcW w:w="2551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shd w:val="clear" w:color="auto" w:fill="F5F7F8"/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012F8B80" w14:textId="77777777" w:rsidR="00C00608" w:rsidRDefault="00000000">
            <w:pPr>
              <w:spacing w:after="0"/>
            </w:pPr>
            <w:r>
              <w:rPr>
                <w:b/>
                <w:sz w:val="19"/>
              </w:rPr>
              <w:t>Contact email</w:t>
            </w:r>
          </w:p>
        </w:tc>
        <w:tc>
          <w:tcPr>
            <w:tcW w:w="7313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180760FA" w14:textId="77777777" w:rsidR="00C00608" w:rsidRDefault="00000000">
            <w:pPr>
              <w:spacing w:after="0"/>
            </w:pPr>
            <w:r>
              <w:br/>
              <w:t xml:space="preserve"> </w:t>
            </w:r>
          </w:p>
        </w:tc>
      </w:tr>
      <w:tr w:rsidR="00C00608" w14:paraId="61DBDED2" w14:textId="77777777">
        <w:trPr>
          <w:jc w:val="center"/>
        </w:trPr>
        <w:tc>
          <w:tcPr>
            <w:tcW w:w="2551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shd w:val="clear" w:color="auto" w:fill="F5F7F8"/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62BE4EAA" w14:textId="3A7F9DB8" w:rsidR="00C00608" w:rsidRDefault="00000000">
            <w:pPr>
              <w:spacing w:after="0"/>
            </w:pPr>
            <w:r>
              <w:rPr>
                <w:b/>
                <w:sz w:val="19"/>
              </w:rPr>
              <w:t>Presentation preference</w:t>
            </w:r>
            <w:r w:rsidR="008E0542">
              <w:rPr>
                <w:b/>
                <w:sz w:val="19"/>
              </w:rPr>
              <w:t>*</w:t>
            </w:r>
          </w:p>
        </w:tc>
        <w:tc>
          <w:tcPr>
            <w:tcW w:w="7313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39DCACBF" w14:textId="037A796B" w:rsidR="00C00608" w:rsidRDefault="008E0542">
            <w:pPr>
              <w:spacing w:after="0"/>
            </w:pPr>
            <w:r w:rsidRPr="00756BDF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6BDF">
              <w:rPr>
                <w:sz w:val="24"/>
                <w:szCs w:val="24"/>
                <w:lang w:val="en-GB"/>
              </w:rPr>
              <w:instrText xml:space="preserve"> FORMCHECKBOX </w:instrText>
            </w:r>
            <w:r w:rsidRPr="00756BDF">
              <w:rPr>
                <w:sz w:val="24"/>
                <w:szCs w:val="24"/>
                <w:lang w:val="en-GB"/>
              </w:rPr>
            </w:r>
            <w:r w:rsidRPr="00756BDF">
              <w:rPr>
                <w:sz w:val="24"/>
                <w:szCs w:val="24"/>
                <w:lang w:val="en-GB"/>
              </w:rPr>
              <w:fldChar w:fldCharType="separate"/>
            </w:r>
            <w:r w:rsidRPr="00756BDF">
              <w:rPr>
                <w:sz w:val="24"/>
                <w:szCs w:val="24"/>
                <w:lang w:val="en-GB"/>
              </w:rPr>
              <w:fldChar w:fldCharType="end"/>
            </w:r>
            <w:r w:rsidRPr="00756BDF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19"/>
              </w:rPr>
              <w:t xml:space="preserve"> Oral communication / poster    </w:t>
            </w:r>
            <w:r w:rsidRPr="00756BDF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6BDF">
              <w:rPr>
                <w:sz w:val="24"/>
                <w:szCs w:val="24"/>
                <w:lang w:val="en-GB"/>
              </w:rPr>
              <w:instrText xml:space="preserve"> FORMCHECKBOX </w:instrText>
            </w:r>
            <w:r w:rsidRPr="00756BDF">
              <w:rPr>
                <w:sz w:val="24"/>
                <w:szCs w:val="24"/>
                <w:lang w:val="en-GB"/>
              </w:rPr>
            </w:r>
            <w:r w:rsidRPr="00756BDF">
              <w:rPr>
                <w:sz w:val="24"/>
                <w:szCs w:val="24"/>
                <w:lang w:val="en-GB"/>
              </w:rPr>
              <w:fldChar w:fldCharType="separate"/>
            </w:r>
            <w:r w:rsidRPr="00756BDF">
              <w:rPr>
                <w:sz w:val="24"/>
                <w:szCs w:val="24"/>
                <w:lang w:val="en-GB"/>
              </w:rPr>
              <w:fldChar w:fldCharType="end"/>
            </w:r>
            <w:r w:rsidRPr="00756BDF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sz w:val="19"/>
              </w:rPr>
              <w:t>Poster</w:t>
            </w:r>
            <w:proofErr w:type="spellEnd"/>
            <w:r>
              <w:rPr>
                <w:sz w:val="19"/>
              </w:rPr>
              <w:t xml:space="preserve"> only</w:t>
            </w:r>
          </w:p>
        </w:tc>
      </w:tr>
      <w:tr w:rsidR="00C00608" w14:paraId="13BAA91C" w14:textId="77777777">
        <w:trPr>
          <w:jc w:val="center"/>
        </w:trPr>
        <w:tc>
          <w:tcPr>
            <w:tcW w:w="2551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shd w:val="clear" w:color="auto" w:fill="F5F7F8"/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4B000A69" w14:textId="77777777" w:rsidR="00C00608" w:rsidRDefault="00000000">
            <w:pPr>
              <w:spacing w:after="0"/>
            </w:pPr>
            <w:r>
              <w:rPr>
                <w:b/>
                <w:sz w:val="19"/>
              </w:rPr>
              <w:t>Word count</w:t>
            </w:r>
          </w:p>
        </w:tc>
        <w:tc>
          <w:tcPr>
            <w:tcW w:w="7313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5B9C3C1A" w14:textId="77777777" w:rsidR="00C00608" w:rsidRDefault="00000000">
            <w:pPr>
              <w:spacing w:after="0"/>
            </w:pPr>
            <w:r>
              <w:rPr>
                <w:sz w:val="19"/>
              </w:rPr>
              <w:t>Maximum 500 words for the abstract body</w:t>
            </w:r>
          </w:p>
        </w:tc>
      </w:tr>
      <w:tr w:rsidR="00C00608" w14:paraId="4F72ACCD" w14:textId="77777777">
        <w:trPr>
          <w:jc w:val="center"/>
        </w:trPr>
        <w:tc>
          <w:tcPr>
            <w:tcW w:w="2551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shd w:val="clear" w:color="auto" w:fill="F5F7F8"/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7AF64DB7" w14:textId="77777777" w:rsidR="00C00608" w:rsidRDefault="00000000">
            <w:pPr>
              <w:spacing w:after="0"/>
            </w:pPr>
            <w:r>
              <w:rPr>
                <w:b/>
                <w:sz w:val="19"/>
              </w:rPr>
              <w:t>Keywords</w:t>
            </w:r>
          </w:p>
        </w:tc>
        <w:tc>
          <w:tcPr>
            <w:tcW w:w="7313" w:type="dxa"/>
            <w:tcBorders>
              <w:top w:val="single" w:sz="6" w:space="0" w:color="A8B4B8"/>
              <w:left w:val="single" w:sz="6" w:space="0" w:color="A8B4B8"/>
              <w:bottom w:val="single" w:sz="6" w:space="0" w:color="A8B4B8"/>
              <w:right w:val="single" w:sz="6" w:space="0" w:color="A8B4B8"/>
            </w:tcBorders>
            <w:tcMar>
              <w:top w:w="105" w:type="dxa"/>
              <w:left w:w="120" w:type="dxa"/>
              <w:bottom w:w="105" w:type="dxa"/>
              <w:right w:w="120" w:type="dxa"/>
            </w:tcMar>
            <w:vAlign w:val="center"/>
          </w:tcPr>
          <w:p w14:paraId="56106EAC" w14:textId="77777777" w:rsidR="00C00608" w:rsidRDefault="00000000">
            <w:pPr>
              <w:spacing w:after="0"/>
            </w:pPr>
            <w:r>
              <w:rPr>
                <w:sz w:val="19"/>
              </w:rPr>
              <w:t>Up to 3 keywords</w:t>
            </w:r>
          </w:p>
        </w:tc>
      </w:tr>
    </w:tbl>
    <w:p w14:paraId="7D5C1906" w14:textId="4CD26280" w:rsidR="00C00608" w:rsidRDefault="008E0542">
      <w:pPr>
        <w:pStyle w:val="SmallNote"/>
        <w:ind w:left="113"/>
      </w:pPr>
      <w:r>
        <w:rPr>
          <w:b/>
        </w:rPr>
        <w:t xml:space="preserve">*Presentation preference: </w:t>
      </w:r>
      <w:r>
        <w:t>select “Oral communication / poster” if you are willing to be considered for either format, or “Poster only” if you wish to be considered only for a poster.</w:t>
      </w:r>
    </w:p>
    <w:p w14:paraId="23B094B9" w14:textId="77777777" w:rsidR="008E0542" w:rsidRDefault="008E0542">
      <w:pPr>
        <w:spacing w:before="140" w:after="80"/>
        <w:jc w:val="center"/>
        <w:rPr>
          <w:b/>
          <w:color w:val="17365D"/>
          <w:sz w:val="22"/>
        </w:rPr>
      </w:pPr>
    </w:p>
    <w:p w14:paraId="5138F23D" w14:textId="77020617" w:rsidR="00C00608" w:rsidRDefault="00000000">
      <w:pPr>
        <w:spacing w:before="140" w:after="80"/>
        <w:jc w:val="center"/>
      </w:pPr>
      <w:r>
        <w:rPr>
          <w:b/>
          <w:color w:val="17365D"/>
          <w:sz w:val="22"/>
        </w:rPr>
        <w:t>IMPORTANT NOTES</w:t>
      </w:r>
    </w:p>
    <w:p w14:paraId="10B20021" w14:textId="77777777" w:rsidR="00C00608" w:rsidRDefault="00000000">
      <w:pPr>
        <w:spacing w:after="40"/>
        <w:ind w:left="255" w:hanging="198"/>
      </w:pPr>
      <w:r>
        <w:rPr>
          <w:sz w:val="20"/>
        </w:rPr>
        <w:t xml:space="preserve">• </w:t>
      </w:r>
      <w:r>
        <w:t>Abstracts must be written in English.</w:t>
      </w:r>
    </w:p>
    <w:p w14:paraId="17BBB008" w14:textId="77777777" w:rsidR="00C00608" w:rsidRDefault="00000000">
      <w:pPr>
        <w:spacing w:after="40"/>
        <w:ind w:left="255" w:hanging="198"/>
      </w:pPr>
      <w:r>
        <w:rPr>
          <w:sz w:val="20"/>
        </w:rPr>
        <w:t xml:space="preserve">• </w:t>
      </w:r>
      <w:r>
        <w:t>The abstract body is limited to 500 words.</w:t>
      </w:r>
    </w:p>
    <w:p w14:paraId="165CE5AC" w14:textId="77777777" w:rsidR="00C00608" w:rsidRDefault="00000000">
      <w:pPr>
        <w:spacing w:after="40"/>
        <w:ind w:left="255" w:hanging="198"/>
      </w:pPr>
      <w:r>
        <w:rPr>
          <w:sz w:val="20"/>
        </w:rPr>
        <w:t xml:space="preserve">• </w:t>
      </w:r>
      <w:r>
        <w:t>The title is limited to 30 words.</w:t>
      </w:r>
    </w:p>
    <w:p w14:paraId="04E3A4E5" w14:textId="77777777" w:rsidR="00C00608" w:rsidRDefault="00000000">
      <w:pPr>
        <w:spacing w:after="40"/>
        <w:ind w:left="255" w:hanging="198"/>
      </w:pPr>
      <w:r>
        <w:rPr>
          <w:sz w:val="20"/>
        </w:rPr>
        <w:t xml:space="preserve">• </w:t>
      </w:r>
      <w:r>
        <w:t>Provide up to three keywords.</w:t>
      </w:r>
    </w:p>
    <w:p w14:paraId="2C399B84" w14:textId="77777777" w:rsidR="00C00608" w:rsidRDefault="00000000" w:rsidP="008E0542">
      <w:pPr>
        <w:spacing w:after="40"/>
        <w:ind w:left="180" w:hanging="123"/>
      </w:pPr>
      <w:r>
        <w:rPr>
          <w:sz w:val="20"/>
        </w:rPr>
        <w:t xml:space="preserve">• </w:t>
      </w:r>
      <w:r>
        <w:t>Authors are responsible for the accuracy of spelling, grammar, scientific content, and permissions for any material included.</w:t>
      </w:r>
    </w:p>
    <w:p w14:paraId="390FE4E1" w14:textId="77777777" w:rsidR="00C00608" w:rsidRDefault="00000000">
      <w:pPr>
        <w:spacing w:after="40"/>
        <w:ind w:left="255" w:hanging="198"/>
      </w:pPr>
      <w:r>
        <w:rPr>
          <w:sz w:val="20"/>
        </w:rPr>
        <w:t xml:space="preserve">• </w:t>
      </w:r>
      <w:r>
        <w:t>Submit the final abstract directly through the conference submission platform.</w:t>
      </w:r>
    </w:p>
    <w:p w14:paraId="31CC61FB" w14:textId="77777777" w:rsidR="00C00608" w:rsidRDefault="00000000">
      <w:r>
        <w:br/>
      </w:r>
      <w:r>
        <w:br w:type="page"/>
      </w:r>
    </w:p>
    <w:p w14:paraId="08D7B6A6" w14:textId="77777777" w:rsidR="00C00608" w:rsidRDefault="00000000">
      <w:pPr>
        <w:spacing w:after="0"/>
        <w:jc w:val="center"/>
      </w:pPr>
      <w:r>
        <w:rPr>
          <w:b/>
          <w:color w:val="1F6D72"/>
          <w:sz w:val="38"/>
        </w:rPr>
        <w:lastRenderedPageBreak/>
        <w:t>AACTING 2027</w:t>
      </w:r>
    </w:p>
    <w:p w14:paraId="5686B753" w14:textId="77777777" w:rsidR="00C00608" w:rsidRDefault="00000000">
      <w:pPr>
        <w:spacing w:after="20"/>
        <w:jc w:val="center"/>
      </w:pPr>
      <w:r>
        <w:rPr>
          <w:b/>
          <w:color w:val="17365D"/>
          <w:sz w:val="28"/>
        </w:rPr>
        <w:t>ABSTRACT SUBMISSION TEMPLATE</w:t>
      </w:r>
    </w:p>
    <w:p w14:paraId="0933CDC3" w14:textId="77777777" w:rsidR="00C00608" w:rsidRDefault="00000000">
      <w:pPr>
        <w:spacing w:after="120"/>
        <w:jc w:val="center"/>
      </w:pPr>
      <w:r>
        <w:rPr>
          <w:i/>
          <w:color w:val="5A646E"/>
        </w:rPr>
        <w:t>Bern, Switzerland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866"/>
      </w:tblGrid>
      <w:tr w:rsidR="00C00608" w14:paraId="1D9A2383" w14:textId="77777777">
        <w:trPr>
          <w:jc w:val="center"/>
        </w:trPr>
        <w:tc>
          <w:tcPr>
            <w:tcW w:w="9866" w:type="dxa"/>
            <w:shd w:val="clear" w:color="auto" w:fill="1F6D7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966D1" w14:textId="77777777" w:rsidR="00C00608" w:rsidRDefault="00C00608"/>
        </w:tc>
      </w:tr>
    </w:tbl>
    <w:p w14:paraId="3D512C49" w14:textId="77777777" w:rsidR="00C00608" w:rsidRDefault="00C00608">
      <w:pPr>
        <w:spacing w:after="2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866"/>
      </w:tblGrid>
      <w:tr w:rsidR="008E0542" w14:paraId="59302F65" w14:textId="77777777" w:rsidTr="00AF0CA2">
        <w:trPr>
          <w:jc w:val="center"/>
        </w:trPr>
        <w:tc>
          <w:tcPr>
            <w:tcW w:w="9866" w:type="dxa"/>
            <w:tcBorders>
              <w:top w:val="single" w:sz="5" w:space="0" w:color="B9C7CA"/>
              <w:left w:val="single" w:sz="5" w:space="0" w:color="B9C7CA"/>
              <w:bottom w:val="single" w:sz="5" w:space="0" w:color="B9C7CA"/>
              <w:right w:val="single" w:sz="5" w:space="0" w:color="B9C7CA"/>
            </w:tcBorders>
            <w:shd w:val="clear" w:color="auto" w:fill="EAF2F4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BFA3781" w14:textId="32F96777" w:rsidR="008E0542" w:rsidRDefault="008E0542" w:rsidP="00AF0CA2">
            <w:pPr>
              <w:spacing w:after="0"/>
            </w:pPr>
            <w:r>
              <w:rPr>
                <w:b/>
                <w:color w:val="17365D"/>
              </w:rPr>
              <w:t>Title</w:t>
            </w:r>
          </w:p>
        </w:tc>
      </w:tr>
    </w:tbl>
    <w:p w14:paraId="2897263C" w14:textId="65F15977" w:rsidR="008E0542" w:rsidRDefault="008E0542" w:rsidP="008E0542">
      <w:pPr>
        <w:spacing w:before="40" w:after="40"/>
        <w:ind w:left="85" w:right="85"/>
      </w:pPr>
      <w:r>
        <w:rPr>
          <w:i/>
          <w:color w:val="5A646E"/>
          <w:sz w:val="17"/>
        </w:rPr>
        <w:t>Title (maximum 300 words)</w:t>
      </w:r>
    </w:p>
    <w:p w14:paraId="1F4D5C93" w14:textId="49A29EE4" w:rsidR="008E0542" w:rsidRDefault="008E0542" w:rsidP="008E0542">
      <w:pPr>
        <w:spacing w:before="20"/>
        <w:jc w:val="center"/>
        <w:rPr>
          <w:b/>
          <w:color w:val="17365D"/>
          <w:sz w:val="23"/>
        </w:rPr>
      </w:pPr>
      <w:r>
        <w:rPr>
          <w:color w:val="969696"/>
          <w:sz w:val="20"/>
        </w:rPr>
        <w:t>[Enter text here]</w:t>
      </w:r>
      <w:r>
        <w:br/>
      </w:r>
    </w:p>
    <w:p w14:paraId="73959175" w14:textId="77777777" w:rsidR="008E0542" w:rsidRDefault="008E0542">
      <w:pPr>
        <w:spacing w:before="20"/>
        <w:jc w:val="center"/>
        <w:rPr>
          <w:b/>
          <w:color w:val="17365D"/>
          <w:sz w:val="23"/>
        </w:rPr>
      </w:pPr>
    </w:p>
    <w:p w14:paraId="6E1CC23C" w14:textId="75E52A52" w:rsidR="00C00608" w:rsidRDefault="00000000">
      <w:pPr>
        <w:spacing w:before="20"/>
        <w:jc w:val="center"/>
      </w:pPr>
      <w:r>
        <w:rPr>
          <w:b/>
          <w:color w:val="17365D"/>
          <w:sz w:val="23"/>
        </w:rPr>
        <w:t>ABSTRACT TEXT</w:t>
      </w:r>
    </w:p>
    <w:p w14:paraId="60547034" w14:textId="77777777" w:rsidR="00C00608" w:rsidRDefault="00000000">
      <w:pPr>
        <w:spacing w:after="140"/>
        <w:jc w:val="center"/>
      </w:pPr>
      <w:r>
        <w:rPr>
          <w:i/>
          <w:color w:val="5A646E"/>
          <w:sz w:val="18"/>
        </w:rPr>
        <w:t>Maximum 500 words. Delete the guidance text below before submitting.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866"/>
      </w:tblGrid>
      <w:tr w:rsidR="00C00608" w14:paraId="1026A01E" w14:textId="77777777">
        <w:trPr>
          <w:jc w:val="center"/>
        </w:trPr>
        <w:tc>
          <w:tcPr>
            <w:tcW w:w="9866" w:type="dxa"/>
            <w:tcBorders>
              <w:top w:val="single" w:sz="5" w:space="0" w:color="B9C7CA"/>
              <w:left w:val="single" w:sz="5" w:space="0" w:color="B9C7CA"/>
              <w:bottom w:val="single" w:sz="5" w:space="0" w:color="B9C7CA"/>
              <w:right w:val="single" w:sz="5" w:space="0" w:color="B9C7CA"/>
            </w:tcBorders>
            <w:shd w:val="clear" w:color="auto" w:fill="EAF2F4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2617733" w14:textId="77777777" w:rsidR="00C00608" w:rsidRDefault="00000000">
            <w:pPr>
              <w:spacing w:after="0"/>
            </w:pPr>
            <w:r>
              <w:rPr>
                <w:b/>
                <w:color w:val="17365D"/>
              </w:rPr>
              <w:t>Introduction</w:t>
            </w:r>
          </w:p>
        </w:tc>
      </w:tr>
    </w:tbl>
    <w:p w14:paraId="34D96867" w14:textId="77777777" w:rsidR="00C00608" w:rsidRDefault="00000000">
      <w:pPr>
        <w:spacing w:before="40" w:after="40"/>
        <w:ind w:left="85" w:right="85"/>
      </w:pPr>
      <w:r>
        <w:rPr>
          <w:i/>
          <w:color w:val="5A646E"/>
          <w:sz w:val="17"/>
        </w:rPr>
        <w:t>Briefly state the background or problem, the rationale for the work, and the objective or hypothesis.</w:t>
      </w:r>
    </w:p>
    <w:p w14:paraId="13871887" w14:textId="77777777" w:rsidR="00C00608" w:rsidRDefault="00000000">
      <w:pPr>
        <w:spacing w:after="100"/>
        <w:ind w:left="85" w:right="85"/>
      </w:pPr>
      <w:r>
        <w:rPr>
          <w:color w:val="969696"/>
          <w:sz w:val="20"/>
        </w:rPr>
        <w:t>[Enter text here]</w:t>
      </w:r>
      <w:r>
        <w:br/>
      </w:r>
      <w:r>
        <w:br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866"/>
      </w:tblGrid>
      <w:tr w:rsidR="00C00608" w14:paraId="558AF316" w14:textId="77777777">
        <w:trPr>
          <w:jc w:val="center"/>
        </w:trPr>
        <w:tc>
          <w:tcPr>
            <w:tcW w:w="9866" w:type="dxa"/>
            <w:tcBorders>
              <w:top w:val="single" w:sz="5" w:space="0" w:color="B9C7CA"/>
              <w:left w:val="single" w:sz="5" w:space="0" w:color="B9C7CA"/>
              <w:bottom w:val="single" w:sz="5" w:space="0" w:color="B9C7CA"/>
              <w:right w:val="single" w:sz="5" w:space="0" w:color="B9C7CA"/>
            </w:tcBorders>
            <w:shd w:val="clear" w:color="auto" w:fill="EAF2F4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0C4B61B" w14:textId="77777777" w:rsidR="00C00608" w:rsidRDefault="00000000">
            <w:pPr>
              <w:spacing w:after="0"/>
            </w:pPr>
            <w:r>
              <w:rPr>
                <w:b/>
                <w:color w:val="17365D"/>
              </w:rPr>
              <w:t>Materials and Methods</w:t>
            </w:r>
          </w:p>
        </w:tc>
      </w:tr>
    </w:tbl>
    <w:p w14:paraId="4E9C858F" w14:textId="77777777" w:rsidR="00C00608" w:rsidRDefault="00000000">
      <w:pPr>
        <w:spacing w:before="40" w:after="40"/>
        <w:ind w:left="85" w:right="85"/>
      </w:pPr>
      <w:r>
        <w:rPr>
          <w:i/>
          <w:color w:val="5A646E"/>
          <w:sz w:val="17"/>
        </w:rPr>
        <w:t>Describe the study setting, design, population or materials, data collection, and methods of analysis.</w:t>
      </w:r>
    </w:p>
    <w:p w14:paraId="65BC8E5F" w14:textId="77777777" w:rsidR="00C00608" w:rsidRDefault="00000000">
      <w:pPr>
        <w:spacing w:after="100"/>
        <w:ind w:left="85" w:right="85"/>
      </w:pPr>
      <w:r>
        <w:rPr>
          <w:color w:val="969696"/>
          <w:sz w:val="20"/>
        </w:rPr>
        <w:t>[Enter text here]</w:t>
      </w:r>
      <w:r>
        <w:br/>
      </w:r>
      <w:r>
        <w:br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866"/>
      </w:tblGrid>
      <w:tr w:rsidR="00C00608" w14:paraId="043026AD" w14:textId="77777777">
        <w:trPr>
          <w:jc w:val="center"/>
        </w:trPr>
        <w:tc>
          <w:tcPr>
            <w:tcW w:w="9866" w:type="dxa"/>
            <w:tcBorders>
              <w:top w:val="single" w:sz="5" w:space="0" w:color="B9C7CA"/>
              <w:left w:val="single" w:sz="5" w:space="0" w:color="B9C7CA"/>
              <w:bottom w:val="single" w:sz="5" w:space="0" w:color="B9C7CA"/>
              <w:right w:val="single" w:sz="5" w:space="0" w:color="B9C7CA"/>
            </w:tcBorders>
            <w:shd w:val="clear" w:color="auto" w:fill="EAF2F4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DAEC109" w14:textId="77777777" w:rsidR="00C00608" w:rsidRDefault="00000000">
            <w:pPr>
              <w:spacing w:after="0"/>
            </w:pPr>
            <w:r>
              <w:rPr>
                <w:b/>
                <w:color w:val="17365D"/>
              </w:rPr>
              <w:t>Results</w:t>
            </w:r>
          </w:p>
        </w:tc>
      </w:tr>
    </w:tbl>
    <w:p w14:paraId="46487B5C" w14:textId="77777777" w:rsidR="00C00608" w:rsidRDefault="00000000">
      <w:pPr>
        <w:spacing w:before="40" w:after="40"/>
        <w:ind w:left="85" w:right="85"/>
      </w:pPr>
      <w:r>
        <w:rPr>
          <w:i/>
          <w:color w:val="5A646E"/>
          <w:sz w:val="17"/>
        </w:rPr>
        <w:t>Present the main findings clearly and specifically, including quantitative results where appropriate.</w:t>
      </w:r>
    </w:p>
    <w:p w14:paraId="65B16152" w14:textId="77777777" w:rsidR="00C00608" w:rsidRDefault="00000000">
      <w:pPr>
        <w:spacing w:after="100"/>
        <w:ind w:left="85" w:right="85"/>
      </w:pPr>
      <w:r>
        <w:rPr>
          <w:color w:val="969696"/>
          <w:sz w:val="20"/>
        </w:rPr>
        <w:t>[Enter text here]</w:t>
      </w:r>
      <w:r>
        <w:br/>
      </w:r>
      <w:r>
        <w:br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866"/>
      </w:tblGrid>
      <w:tr w:rsidR="00C00608" w14:paraId="5C0FBE80" w14:textId="77777777">
        <w:trPr>
          <w:jc w:val="center"/>
        </w:trPr>
        <w:tc>
          <w:tcPr>
            <w:tcW w:w="9866" w:type="dxa"/>
            <w:tcBorders>
              <w:top w:val="single" w:sz="5" w:space="0" w:color="B9C7CA"/>
              <w:left w:val="single" w:sz="5" w:space="0" w:color="B9C7CA"/>
              <w:bottom w:val="single" w:sz="5" w:space="0" w:color="B9C7CA"/>
              <w:right w:val="single" w:sz="5" w:space="0" w:color="B9C7CA"/>
            </w:tcBorders>
            <w:shd w:val="clear" w:color="auto" w:fill="EAF2F4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0EF6C04" w14:textId="77777777" w:rsidR="00C00608" w:rsidRDefault="00000000">
            <w:pPr>
              <w:spacing w:after="0"/>
            </w:pPr>
            <w:r>
              <w:rPr>
                <w:b/>
                <w:color w:val="17365D"/>
              </w:rPr>
              <w:t>Discussion/Conclusion</w:t>
            </w:r>
          </w:p>
        </w:tc>
      </w:tr>
    </w:tbl>
    <w:p w14:paraId="630C27AA" w14:textId="77777777" w:rsidR="00C00608" w:rsidRDefault="00000000">
      <w:pPr>
        <w:spacing w:before="40" w:after="40"/>
        <w:ind w:left="85" w:right="85"/>
      </w:pPr>
      <w:r>
        <w:rPr>
          <w:i/>
          <w:color w:val="5A646E"/>
          <w:sz w:val="17"/>
        </w:rPr>
        <w:t>Interpret the main findings and state the key conclusion, implications, or take-home message.</w:t>
      </w:r>
    </w:p>
    <w:p w14:paraId="645A8590" w14:textId="77777777" w:rsidR="00C00608" w:rsidRDefault="00000000">
      <w:pPr>
        <w:spacing w:after="40"/>
        <w:ind w:left="85" w:right="85"/>
      </w:pPr>
      <w:r>
        <w:rPr>
          <w:color w:val="969696"/>
          <w:sz w:val="20"/>
        </w:rPr>
        <w:t>[Enter text here]</w:t>
      </w:r>
      <w:r>
        <w:br/>
      </w:r>
    </w:p>
    <w:p w14:paraId="7FC2D939" w14:textId="77777777" w:rsidR="00C00608" w:rsidRDefault="00000000">
      <w:pPr>
        <w:spacing w:before="80" w:after="0"/>
        <w:jc w:val="right"/>
      </w:pPr>
      <w:r>
        <w:rPr>
          <w:b/>
          <w:color w:val="17365D"/>
          <w:sz w:val="18"/>
        </w:rPr>
        <w:t>Word count: __________ / 500</w:t>
      </w:r>
    </w:p>
    <w:sectPr w:rsidR="00C00608" w:rsidSect="00034616">
      <w:footerReference w:type="default" r:id="rId9"/>
      <w:pgSz w:w="11906" w:h="16838"/>
      <w:pgMar w:top="907" w:right="1020" w:bottom="907" w:left="1020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953EE" w14:textId="77777777" w:rsidR="008D6D0E" w:rsidRDefault="008D6D0E">
      <w:pPr>
        <w:spacing w:after="0" w:line="240" w:lineRule="auto"/>
      </w:pPr>
      <w:r>
        <w:separator/>
      </w:r>
    </w:p>
  </w:endnote>
  <w:endnote w:type="continuationSeparator" w:id="0">
    <w:p w14:paraId="368266E0" w14:textId="77777777" w:rsidR="008D6D0E" w:rsidRDefault="008D6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42D7D" w14:textId="77777777" w:rsidR="00C00608" w:rsidRDefault="00000000">
    <w:pPr>
      <w:pStyle w:val="Fuzeile"/>
      <w:jc w:val="center"/>
    </w:pPr>
    <w:r>
      <w:rPr>
        <w:color w:val="5A646E"/>
        <w:sz w:val="15"/>
      </w:rPr>
      <w:t>AACTING 2027 Abstract Submission Template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4B44D" w14:textId="77777777" w:rsidR="008D6D0E" w:rsidRDefault="008D6D0E">
      <w:pPr>
        <w:spacing w:after="0" w:line="240" w:lineRule="auto"/>
      </w:pPr>
      <w:r>
        <w:separator/>
      </w:r>
    </w:p>
  </w:footnote>
  <w:footnote w:type="continuationSeparator" w:id="0">
    <w:p w14:paraId="44331AC9" w14:textId="77777777" w:rsidR="008D6D0E" w:rsidRDefault="008D6D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12601720">
    <w:abstractNumId w:val="8"/>
  </w:num>
  <w:num w:numId="2" w16cid:durableId="597564557">
    <w:abstractNumId w:val="6"/>
  </w:num>
  <w:num w:numId="3" w16cid:durableId="799883642">
    <w:abstractNumId w:val="5"/>
  </w:num>
  <w:num w:numId="4" w16cid:durableId="1037968966">
    <w:abstractNumId w:val="4"/>
  </w:num>
  <w:num w:numId="5" w16cid:durableId="1230112047">
    <w:abstractNumId w:val="7"/>
  </w:num>
  <w:num w:numId="6" w16cid:durableId="1630161898">
    <w:abstractNumId w:val="3"/>
  </w:num>
  <w:num w:numId="7" w16cid:durableId="1092311973">
    <w:abstractNumId w:val="2"/>
  </w:num>
  <w:num w:numId="8" w16cid:durableId="1733961332">
    <w:abstractNumId w:val="1"/>
  </w:num>
  <w:num w:numId="9" w16cid:durableId="2126267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4F0C"/>
    <w:rsid w:val="0006063C"/>
    <w:rsid w:val="0015074B"/>
    <w:rsid w:val="00177289"/>
    <w:rsid w:val="00185323"/>
    <w:rsid w:val="0029639D"/>
    <w:rsid w:val="00326F90"/>
    <w:rsid w:val="00821D70"/>
    <w:rsid w:val="008D6D0E"/>
    <w:rsid w:val="008E0542"/>
    <w:rsid w:val="00AA1D8D"/>
    <w:rsid w:val="00B47730"/>
    <w:rsid w:val="00C00608"/>
    <w:rsid w:val="00CB0664"/>
    <w:rsid w:val="00FA645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ED92D64"/>
  <w14:defaultImageDpi w14:val="300"/>
  <w15:docId w15:val="{94C8EB87-2320-4C72-B81C-CDAD84C72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pPr>
      <w:spacing w:after="60" w:line="252" w:lineRule="auto"/>
    </w:pPr>
    <w:rPr>
      <w:rFonts w:ascii="Arial" w:eastAsia="Arial" w:hAnsi="Arial"/>
      <w:color w:val="232D37"/>
      <w:sz w:val="2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Note">
    <w:name w:val="Small Note"/>
    <w:pPr>
      <w:spacing w:after="40"/>
    </w:pPr>
    <w:rPr>
      <w:rFonts w:ascii="Arial" w:eastAsia="Arial" w:hAnsi="Arial"/>
      <w:color w:val="5A646E"/>
      <w:sz w:val="17"/>
    </w:rPr>
  </w:style>
  <w:style w:type="paragraph" w:customStyle="1" w:styleId="SectionLabel">
    <w:name w:val="Section Label"/>
    <w:pPr>
      <w:spacing w:before="140" w:after="60"/>
    </w:pPr>
    <w:rPr>
      <w:rFonts w:ascii="Arial" w:eastAsia="Arial" w:hAnsi="Arial"/>
      <w:b/>
      <w:color w:val="17365D"/>
    </w:rPr>
  </w:style>
  <w:style w:type="character" w:styleId="Hyperlink">
    <w:name w:val="Hyperlink"/>
    <w:basedOn w:val="Absatz-Standardschriftart"/>
    <w:uiPriority w:val="99"/>
    <w:unhideWhenUsed/>
    <w:rsid w:val="00FA6457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A6457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821D7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ftool.com/aacting2027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AACTING 2027 Abstract Submission Template</dc:title>
  <dc:subject>Abstract submission preparation template for AACTING 2027, Bern, Switzerland</dc:subject>
  <dc:creator/>
  <cp:keywords>AACTING 2027; abstract template; Bern</cp:keywords>
  <dc:description>generated by python-docx</dc:description>
  <cp:lastModifiedBy>Schnidrig Guy BLV</cp:lastModifiedBy>
  <cp:revision>4</cp:revision>
  <dcterms:created xsi:type="dcterms:W3CDTF">2013-12-23T23:15:00Z</dcterms:created>
  <dcterms:modified xsi:type="dcterms:W3CDTF">2026-08-26T16:39:00Z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a112399-b73b-40c1-8af2-919b124b9d91_Enabled">
    <vt:lpwstr>true</vt:lpwstr>
  </property>
  <property fmtid="{D5CDD505-2E9C-101B-9397-08002B2CF9AE}" pid="3" name="MSIP_Label_aa112399-b73b-40c1-8af2-919b124b9d91_SetDate">
    <vt:lpwstr>2026-08-26T16:34:07Z</vt:lpwstr>
  </property>
  <property fmtid="{D5CDD505-2E9C-101B-9397-08002B2CF9AE}" pid="4" name="MSIP_Label_aa112399-b73b-40c1-8af2-919b124b9d91_Method">
    <vt:lpwstr>Privileged</vt:lpwstr>
  </property>
  <property fmtid="{D5CDD505-2E9C-101B-9397-08002B2CF9AE}" pid="5" name="MSIP_Label_aa112399-b73b-40c1-8af2-919b124b9d91_Name">
    <vt:lpwstr>L2</vt:lpwstr>
  </property>
  <property fmtid="{D5CDD505-2E9C-101B-9397-08002B2CF9AE}" pid="6" name="MSIP_Label_aa112399-b73b-40c1-8af2-919b124b9d91_SiteId">
    <vt:lpwstr>6ae27add-8276-4a38-88c1-3a9c1f973767</vt:lpwstr>
  </property>
  <property fmtid="{D5CDD505-2E9C-101B-9397-08002B2CF9AE}" pid="7" name="MSIP_Label_aa112399-b73b-40c1-8af2-919b124b9d91_ActionId">
    <vt:lpwstr>44be1ec7-d91e-4101-a83a-3d50c0b0b261</vt:lpwstr>
  </property>
  <property fmtid="{D5CDD505-2E9C-101B-9397-08002B2CF9AE}" pid="8" name="MSIP_Label_aa112399-b73b-40c1-8af2-919b124b9d91_ContentBits">
    <vt:lpwstr>0</vt:lpwstr>
  </property>
  <property fmtid="{D5CDD505-2E9C-101B-9397-08002B2CF9AE}" pid="9" name="MSIP_Label_aa112399-b73b-40c1-8af2-919b124b9d91_Tag">
    <vt:lpwstr>10, 0, 1, 1</vt:lpwstr>
  </property>
</Properties>
</file>